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98E37" w14:textId="2347B3B1" w:rsidR="00EF2FA2" w:rsidRPr="00B96433" w:rsidRDefault="000912BE" w:rsidP="00EF2FA2">
      <w:pPr>
        <w:pStyle w:val="Titolo1"/>
        <w:spacing w:before="0" w:line="240" w:lineRule="auto"/>
        <w:jc w:val="center"/>
        <w:rPr>
          <w:rFonts w:ascii="Verdana" w:hAnsi="Verdana"/>
          <w:color w:val="EE0000"/>
          <w:sz w:val="18"/>
          <w:szCs w:val="18"/>
          <w:lang w:val="it-IT"/>
        </w:rPr>
      </w:pPr>
      <w:r w:rsidRPr="00B96433">
        <w:rPr>
          <w:rFonts w:ascii="Verdana" w:hAnsi="Verdana"/>
          <w:color w:val="EE0000"/>
          <w:sz w:val="18"/>
          <w:szCs w:val="18"/>
          <w:lang w:val="it-IT"/>
        </w:rPr>
        <w:t xml:space="preserve">Intestazione dell’istituzione </w:t>
      </w:r>
      <w:r w:rsidR="00EF2FA2" w:rsidRPr="00B96433">
        <w:rPr>
          <w:rFonts w:ascii="Verdana" w:hAnsi="Verdana"/>
          <w:color w:val="EE0000"/>
          <w:sz w:val="18"/>
          <w:szCs w:val="18"/>
          <w:lang w:val="it-IT"/>
        </w:rPr>
        <w:t>scolastic</w:t>
      </w:r>
      <w:r w:rsidR="00643E6F">
        <w:rPr>
          <w:rFonts w:ascii="Verdana" w:hAnsi="Verdana"/>
          <w:color w:val="EE0000"/>
          <w:sz w:val="18"/>
          <w:szCs w:val="18"/>
          <w:lang w:val="it-IT"/>
        </w:rPr>
        <w:t>a</w:t>
      </w:r>
    </w:p>
    <w:p w14:paraId="44DD5924" w14:textId="77777777" w:rsidR="00EF2FA2" w:rsidRPr="00B96433" w:rsidRDefault="00EF2FA2" w:rsidP="00D67933">
      <w:pPr>
        <w:spacing w:after="0" w:line="240" w:lineRule="auto"/>
        <w:rPr>
          <w:rFonts w:ascii="Verdana" w:hAnsi="Verdana"/>
          <w:lang w:val="it-IT"/>
        </w:rPr>
      </w:pPr>
    </w:p>
    <w:p w14:paraId="53AE6FA6" w14:textId="5717C9E7" w:rsidR="006D761D" w:rsidRDefault="006D761D" w:rsidP="00D67933">
      <w:pPr>
        <w:spacing w:after="0" w:line="240" w:lineRule="auto"/>
        <w:rPr>
          <w:rFonts w:ascii="Verdana" w:hAnsi="Verdana"/>
          <w:b/>
          <w:sz w:val="20"/>
          <w:szCs w:val="20"/>
          <w:lang w:val="it-IT"/>
        </w:rPr>
      </w:pPr>
      <w:r w:rsidRPr="00D67933">
        <w:rPr>
          <w:rFonts w:ascii="Verdana" w:hAnsi="Verdana"/>
          <w:b/>
          <w:sz w:val="20"/>
          <w:szCs w:val="20"/>
          <w:lang w:val="it-IT"/>
        </w:rPr>
        <w:t>Sezione 1: DATI IDENTIFICATIVI DELL'ISTITUZIONE SCOLASTICA</w:t>
      </w:r>
    </w:p>
    <w:p w14:paraId="7A54A189" w14:textId="77777777" w:rsidR="00D42207" w:rsidRPr="00D67933" w:rsidRDefault="00D42207" w:rsidP="00D67933">
      <w:pPr>
        <w:spacing w:after="0" w:line="240" w:lineRule="auto"/>
        <w:rPr>
          <w:rFonts w:ascii="Verdana" w:hAnsi="Verdana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462"/>
        <w:gridCol w:w="5592"/>
      </w:tblGrid>
      <w:tr w:rsidR="00C92D41" w:rsidRPr="00B96433" w14:paraId="1DF046E6" w14:textId="77777777" w:rsidTr="00D42207">
        <w:trPr>
          <w:trHeight w:val="340"/>
        </w:trPr>
        <w:tc>
          <w:tcPr>
            <w:tcW w:w="4503" w:type="dxa"/>
          </w:tcPr>
          <w:p w14:paraId="2B26F7C2" w14:textId="77777777" w:rsidR="00C92D41" w:rsidRPr="00B96433" w:rsidRDefault="00000000" w:rsidP="00D67933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B96433">
              <w:rPr>
                <w:rFonts w:ascii="Verdana" w:hAnsi="Verdana"/>
                <w:sz w:val="18"/>
                <w:szCs w:val="18"/>
                <w:lang w:val="it-IT"/>
              </w:rPr>
              <w:t>Denominazione Scuola</w:t>
            </w:r>
          </w:p>
        </w:tc>
        <w:tc>
          <w:tcPr>
            <w:tcW w:w="5670" w:type="dxa"/>
          </w:tcPr>
          <w:p w14:paraId="10FB90D7" w14:textId="77777777" w:rsidR="00C92D41" w:rsidRPr="00B96433" w:rsidRDefault="00C92D41" w:rsidP="00D67933">
            <w:pPr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C92D41" w:rsidRPr="00B96433" w14:paraId="243D1C21" w14:textId="77777777" w:rsidTr="00D42207">
        <w:trPr>
          <w:trHeight w:val="340"/>
        </w:trPr>
        <w:tc>
          <w:tcPr>
            <w:tcW w:w="4503" w:type="dxa"/>
          </w:tcPr>
          <w:p w14:paraId="25DCA146" w14:textId="77777777" w:rsidR="00C92D41" w:rsidRPr="00B96433" w:rsidRDefault="00000000" w:rsidP="00D67933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B96433">
              <w:rPr>
                <w:rFonts w:ascii="Verdana" w:hAnsi="Verdana"/>
                <w:sz w:val="18"/>
                <w:szCs w:val="18"/>
                <w:lang w:val="it-IT"/>
              </w:rPr>
              <w:t>Codice Meccanografico</w:t>
            </w:r>
          </w:p>
        </w:tc>
        <w:tc>
          <w:tcPr>
            <w:tcW w:w="5670" w:type="dxa"/>
          </w:tcPr>
          <w:p w14:paraId="1C23CB5B" w14:textId="77777777" w:rsidR="00C92D41" w:rsidRPr="00B96433" w:rsidRDefault="00C92D41" w:rsidP="00D67933">
            <w:pPr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C92D41" w:rsidRPr="00B96433" w14:paraId="1258411F" w14:textId="77777777" w:rsidTr="00D42207">
        <w:trPr>
          <w:trHeight w:val="340"/>
        </w:trPr>
        <w:tc>
          <w:tcPr>
            <w:tcW w:w="4503" w:type="dxa"/>
          </w:tcPr>
          <w:p w14:paraId="576CEF0F" w14:textId="77777777" w:rsidR="00C92D41" w:rsidRPr="00B96433" w:rsidRDefault="00000000" w:rsidP="00D67933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B96433">
              <w:rPr>
                <w:rFonts w:ascii="Verdana" w:hAnsi="Verdana"/>
                <w:sz w:val="18"/>
                <w:szCs w:val="18"/>
                <w:lang w:val="it-IT"/>
              </w:rPr>
              <w:t>Comune e Provincia</w:t>
            </w:r>
          </w:p>
        </w:tc>
        <w:tc>
          <w:tcPr>
            <w:tcW w:w="5670" w:type="dxa"/>
          </w:tcPr>
          <w:p w14:paraId="091C00D3" w14:textId="77777777" w:rsidR="00C92D41" w:rsidRPr="00B96433" w:rsidRDefault="00C92D41" w:rsidP="00D67933">
            <w:pPr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C92D41" w:rsidRPr="00B96433" w14:paraId="02988039" w14:textId="77777777" w:rsidTr="00D42207">
        <w:trPr>
          <w:trHeight w:val="340"/>
        </w:trPr>
        <w:tc>
          <w:tcPr>
            <w:tcW w:w="4503" w:type="dxa"/>
          </w:tcPr>
          <w:p w14:paraId="5EC70B04" w14:textId="77777777" w:rsidR="00C92D41" w:rsidRPr="00B96433" w:rsidRDefault="00000000" w:rsidP="00D67933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B96433">
              <w:rPr>
                <w:rFonts w:ascii="Verdana" w:hAnsi="Verdana"/>
                <w:sz w:val="18"/>
                <w:szCs w:val="18"/>
                <w:lang w:val="it-IT"/>
              </w:rPr>
              <w:t>Dirigente Scolastico (Nome e Cognome)</w:t>
            </w:r>
          </w:p>
        </w:tc>
        <w:tc>
          <w:tcPr>
            <w:tcW w:w="5670" w:type="dxa"/>
          </w:tcPr>
          <w:p w14:paraId="14FE809B" w14:textId="77777777" w:rsidR="00C92D41" w:rsidRPr="00B96433" w:rsidRDefault="00C92D41" w:rsidP="00D67933">
            <w:pPr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C92D41" w:rsidRPr="00B96433" w14:paraId="0CEC916A" w14:textId="77777777" w:rsidTr="00D42207">
        <w:trPr>
          <w:trHeight w:val="340"/>
        </w:trPr>
        <w:tc>
          <w:tcPr>
            <w:tcW w:w="4503" w:type="dxa"/>
          </w:tcPr>
          <w:p w14:paraId="2F7BA9E1" w14:textId="44DE3BAB" w:rsidR="00C92D41" w:rsidRPr="00B96433" w:rsidRDefault="00000000" w:rsidP="00D67933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B96433">
              <w:rPr>
                <w:rFonts w:ascii="Verdana" w:hAnsi="Verdana"/>
                <w:sz w:val="18"/>
                <w:szCs w:val="18"/>
                <w:lang w:val="it-IT"/>
              </w:rPr>
              <w:t>Docente Referente (Nome, Cognome, E-mail)</w:t>
            </w:r>
          </w:p>
        </w:tc>
        <w:tc>
          <w:tcPr>
            <w:tcW w:w="5670" w:type="dxa"/>
          </w:tcPr>
          <w:p w14:paraId="3630E5CC" w14:textId="77777777" w:rsidR="00C92D41" w:rsidRPr="00B96433" w:rsidRDefault="00C92D41" w:rsidP="00D67933">
            <w:pPr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6A933BDD" w14:textId="1CA3DCAD" w:rsidR="00C92D41" w:rsidRPr="00B96433" w:rsidRDefault="00C92D41" w:rsidP="00D67933">
      <w:pPr>
        <w:spacing w:after="0" w:line="240" w:lineRule="auto"/>
        <w:rPr>
          <w:rFonts w:ascii="Verdana" w:hAnsi="Verdana"/>
          <w:sz w:val="18"/>
          <w:szCs w:val="18"/>
          <w:lang w:val="it-IT"/>
        </w:rPr>
      </w:pPr>
    </w:p>
    <w:p w14:paraId="1F9558E6" w14:textId="77777777" w:rsidR="00BF7549" w:rsidRPr="00D67933" w:rsidRDefault="00BF7549" w:rsidP="00D67933">
      <w:pPr>
        <w:spacing w:after="0" w:line="240" w:lineRule="auto"/>
        <w:rPr>
          <w:rFonts w:ascii="Verdana" w:hAnsi="Verdana"/>
          <w:sz w:val="20"/>
          <w:szCs w:val="20"/>
          <w:lang w:val="it-IT"/>
        </w:rPr>
      </w:pPr>
      <w:r w:rsidRPr="00D67933">
        <w:rPr>
          <w:rFonts w:ascii="Verdana" w:hAnsi="Verdana"/>
          <w:b/>
          <w:sz w:val="20"/>
          <w:szCs w:val="20"/>
          <w:lang w:val="it-IT"/>
        </w:rPr>
        <w:t>Sezione 2: AMBITO TEMATICO DI CANDIDATURA</w:t>
      </w:r>
    </w:p>
    <w:p w14:paraId="35CAE51F" w14:textId="77777777" w:rsidR="00C92D41" w:rsidRPr="00D42207" w:rsidRDefault="00000000" w:rsidP="000912BE">
      <w:pPr>
        <w:spacing w:after="0" w:line="240" w:lineRule="auto"/>
        <w:rPr>
          <w:rFonts w:ascii="Verdana" w:hAnsi="Verdana"/>
          <w:i/>
          <w:iCs/>
          <w:sz w:val="16"/>
          <w:szCs w:val="16"/>
          <w:lang w:val="it-IT"/>
        </w:rPr>
      </w:pPr>
      <w:r w:rsidRPr="00D42207">
        <w:rPr>
          <w:rFonts w:ascii="Verdana" w:hAnsi="Verdana"/>
          <w:i/>
          <w:iCs/>
          <w:sz w:val="16"/>
          <w:szCs w:val="16"/>
          <w:lang w:val="it-IT"/>
        </w:rPr>
        <w:t>(Selezionare una sola opzione per la quale l'Istituto intende concorrere)</w:t>
      </w:r>
    </w:p>
    <w:p w14:paraId="1AE8CC9B" w14:textId="77777777" w:rsidR="00B96433" w:rsidRPr="00B96433" w:rsidRDefault="00B96433" w:rsidP="000912BE">
      <w:pPr>
        <w:spacing w:after="0" w:line="240" w:lineRule="auto"/>
        <w:rPr>
          <w:rFonts w:ascii="Verdana" w:hAnsi="Verdana"/>
          <w:sz w:val="18"/>
          <w:szCs w:val="18"/>
          <w:lang w:val="it-IT"/>
        </w:rPr>
      </w:pPr>
    </w:p>
    <w:p w14:paraId="43C4A742" w14:textId="77777777" w:rsidR="00C92D41" w:rsidRPr="00B96433" w:rsidRDefault="00000000" w:rsidP="00B96433">
      <w:pPr>
        <w:spacing w:after="0" w:line="360" w:lineRule="auto"/>
        <w:rPr>
          <w:rFonts w:ascii="Verdana" w:hAnsi="Verdana"/>
          <w:sz w:val="18"/>
          <w:szCs w:val="18"/>
          <w:lang w:val="it-IT"/>
        </w:rPr>
      </w:pPr>
      <w:r w:rsidRPr="00B96433">
        <w:rPr>
          <w:rFonts w:ascii="Verdana" w:hAnsi="Verdana"/>
          <w:sz w:val="18"/>
          <w:szCs w:val="18"/>
          <w:lang w:val="it-IT"/>
        </w:rPr>
        <w:t xml:space="preserve">[  ] </w:t>
      </w:r>
      <w:r w:rsidRPr="00D42207">
        <w:rPr>
          <w:rFonts w:ascii="Verdana" w:hAnsi="Verdana"/>
          <w:b/>
          <w:bCs/>
          <w:sz w:val="18"/>
          <w:szCs w:val="18"/>
          <w:lang w:val="it-IT"/>
        </w:rPr>
        <w:t>Ambito A:</w:t>
      </w:r>
      <w:r w:rsidRPr="00B96433">
        <w:rPr>
          <w:rFonts w:ascii="Verdana" w:hAnsi="Verdana"/>
          <w:sz w:val="18"/>
          <w:szCs w:val="18"/>
          <w:lang w:val="it-IT"/>
        </w:rPr>
        <w:t xml:space="preserve"> Educazione finanziaria: educare a scelte responsabili</w:t>
      </w:r>
    </w:p>
    <w:p w14:paraId="6A517660" w14:textId="77777777" w:rsidR="00C92D41" w:rsidRPr="00B96433" w:rsidRDefault="00000000" w:rsidP="00B96433">
      <w:pPr>
        <w:spacing w:after="0" w:line="360" w:lineRule="auto"/>
        <w:rPr>
          <w:rFonts w:ascii="Verdana" w:hAnsi="Verdana"/>
          <w:sz w:val="18"/>
          <w:szCs w:val="18"/>
          <w:lang w:val="it-IT"/>
        </w:rPr>
      </w:pPr>
      <w:r w:rsidRPr="00B96433">
        <w:rPr>
          <w:rFonts w:ascii="Verdana" w:hAnsi="Verdana"/>
          <w:sz w:val="18"/>
          <w:szCs w:val="18"/>
          <w:lang w:val="it-IT"/>
        </w:rPr>
        <w:t xml:space="preserve">[  ] </w:t>
      </w:r>
      <w:r w:rsidRPr="00D42207">
        <w:rPr>
          <w:rFonts w:ascii="Verdana" w:hAnsi="Verdana"/>
          <w:b/>
          <w:bCs/>
          <w:sz w:val="18"/>
          <w:szCs w:val="18"/>
          <w:lang w:val="it-IT"/>
        </w:rPr>
        <w:t>Ambito B:</w:t>
      </w:r>
      <w:r w:rsidRPr="00B96433">
        <w:rPr>
          <w:rFonts w:ascii="Verdana" w:hAnsi="Verdana"/>
          <w:sz w:val="18"/>
          <w:szCs w:val="18"/>
          <w:lang w:val="it-IT"/>
        </w:rPr>
        <w:t xml:space="preserve"> Inclusione scolastica: valorizzare l’unicità di ciascuno studente</w:t>
      </w:r>
    </w:p>
    <w:p w14:paraId="52373430" w14:textId="77777777" w:rsidR="00C92D41" w:rsidRPr="00B96433" w:rsidRDefault="00000000" w:rsidP="00B96433">
      <w:pPr>
        <w:spacing w:after="0" w:line="360" w:lineRule="auto"/>
        <w:rPr>
          <w:rFonts w:ascii="Verdana" w:hAnsi="Verdana"/>
          <w:sz w:val="18"/>
          <w:szCs w:val="18"/>
          <w:lang w:val="it-IT"/>
        </w:rPr>
      </w:pPr>
      <w:r w:rsidRPr="00B96433">
        <w:rPr>
          <w:rFonts w:ascii="Verdana" w:hAnsi="Verdana"/>
          <w:sz w:val="18"/>
          <w:szCs w:val="18"/>
          <w:lang w:val="it-IT"/>
        </w:rPr>
        <w:t xml:space="preserve">[  ] </w:t>
      </w:r>
      <w:r w:rsidRPr="00D42207">
        <w:rPr>
          <w:rFonts w:ascii="Verdana" w:hAnsi="Verdana"/>
          <w:b/>
          <w:bCs/>
          <w:sz w:val="18"/>
          <w:szCs w:val="18"/>
          <w:lang w:val="it-IT"/>
        </w:rPr>
        <w:t>Ambito C:</w:t>
      </w:r>
      <w:r w:rsidRPr="00B96433">
        <w:rPr>
          <w:rFonts w:ascii="Verdana" w:hAnsi="Verdana"/>
          <w:sz w:val="18"/>
          <w:szCs w:val="18"/>
          <w:lang w:val="it-IT"/>
        </w:rPr>
        <w:t xml:space="preserve"> Arte e tecnologia: coniugare linguaggi e innovazione</w:t>
      </w:r>
    </w:p>
    <w:p w14:paraId="2ADA042F" w14:textId="3C7C3C14" w:rsidR="00C92D41" w:rsidRPr="00B96433" w:rsidRDefault="00C92D41" w:rsidP="000912BE">
      <w:pPr>
        <w:spacing w:after="0" w:line="240" w:lineRule="auto"/>
        <w:rPr>
          <w:rFonts w:ascii="Verdana" w:hAnsi="Verdana"/>
          <w:sz w:val="18"/>
          <w:szCs w:val="18"/>
          <w:lang w:val="it-IT"/>
        </w:rPr>
      </w:pPr>
    </w:p>
    <w:p w14:paraId="25AB4738" w14:textId="77777777" w:rsidR="001A540A" w:rsidRPr="00D67933" w:rsidRDefault="001A540A" w:rsidP="001A540A">
      <w:pPr>
        <w:rPr>
          <w:rFonts w:ascii="Verdana" w:hAnsi="Verdana"/>
          <w:sz w:val="20"/>
          <w:szCs w:val="20"/>
          <w:lang w:val="it-IT"/>
        </w:rPr>
      </w:pPr>
      <w:r w:rsidRPr="00D67933">
        <w:rPr>
          <w:rFonts w:ascii="Verdana" w:hAnsi="Verdana"/>
          <w:b/>
          <w:sz w:val="20"/>
          <w:szCs w:val="20"/>
          <w:lang w:val="it-IT"/>
        </w:rPr>
        <w:t>Sezione 3: RELAZIONE ILLUSTRATIVA E REQUISITI DI SELEZIONE</w:t>
      </w:r>
    </w:p>
    <w:p w14:paraId="558B8FD3" w14:textId="77777777" w:rsidR="00906708" w:rsidRPr="00D67933" w:rsidRDefault="00906708" w:rsidP="00906708">
      <w:pPr>
        <w:rPr>
          <w:rFonts w:ascii="Verdana" w:hAnsi="Verdana"/>
          <w:sz w:val="18"/>
          <w:szCs w:val="18"/>
          <w:lang w:val="it-IT"/>
        </w:rPr>
      </w:pPr>
      <w:r w:rsidRPr="00D67933">
        <w:rPr>
          <w:rFonts w:ascii="Verdana" w:hAnsi="Verdana"/>
          <w:sz w:val="18"/>
          <w:szCs w:val="18"/>
          <w:lang w:val="it-IT"/>
        </w:rPr>
        <w:t>Compilare i seguenti riquadri fornendo elementi oggettivi e dettagliati per ciascun criterio di valutazione regionale.</w:t>
      </w:r>
    </w:p>
    <w:p w14:paraId="5733CE26" w14:textId="77777777" w:rsidR="001B6C8F" w:rsidRPr="00B96433" w:rsidRDefault="001B6C8F" w:rsidP="000912BE">
      <w:pPr>
        <w:spacing w:after="0" w:line="240" w:lineRule="auto"/>
        <w:rPr>
          <w:rFonts w:ascii="Verdana" w:hAnsi="Verdana"/>
          <w:sz w:val="18"/>
          <w:szCs w:val="18"/>
          <w:lang w:val="it-IT"/>
        </w:rPr>
      </w:pPr>
    </w:p>
    <w:tbl>
      <w:tblPr>
        <w:tblStyle w:val="Grigliatabella"/>
        <w:tblW w:w="10314" w:type="dxa"/>
        <w:tblLook w:val="04A0" w:firstRow="1" w:lastRow="0" w:firstColumn="1" w:lastColumn="0" w:noHBand="0" w:noVBand="1"/>
      </w:tblPr>
      <w:tblGrid>
        <w:gridCol w:w="4320"/>
        <w:gridCol w:w="5994"/>
      </w:tblGrid>
      <w:tr w:rsidR="00C92D41" w:rsidRPr="00B96433" w14:paraId="258E6881" w14:textId="77777777" w:rsidTr="0049424F">
        <w:tc>
          <w:tcPr>
            <w:tcW w:w="4320" w:type="dxa"/>
          </w:tcPr>
          <w:p w14:paraId="130EC890" w14:textId="77777777" w:rsidR="00C92D41" w:rsidRPr="00B96433" w:rsidRDefault="00000000" w:rsidP="0049424F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B96433">
              <w:rPr>
                <w:rFonts w:ascii="Verdana" w:hAnsi="Verdana"/>
                <w:sz w:val="18"/>
                <w:szCs w:val="18"/>
                <w:lang w:val="it-IT"/>
              </w:rPr>
              <w:t>Requisito Richiesto</w:t>
            </w:r>
          </w:p>
        </w:tc>
        <w:tc>
          <w:tcPr>
            <w:tcW w:w="5994" w:type="dxa"/>
          </w:tcPr>
          <w:p w14:paraId="3930F0B0" w14:textId="1860C11E" w:rsidR="00C92D41" w:rsidRPr="00B96433" w:rsidRDefault="00000000" w:rsidP="0049424F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B96433">
              <w:rPr>
                <w:rFonts w:ascii="Verdana" w:hAnsi="Verdana"/>
                <w:sz w:val="18"/>
                <w:szCs w:val="18"/>
                <w:lang w:val="it-IT"/>
              </w:rPr>
              <w:t xml:space="preserve">Descrizione delle attività svolte dall'Istituto </w:t>
            </w:r>
            <w:r w:rsidRPr="00B96433">
              <w:rPr>
                <w:rFonts w:ascii="Verdana" w:hAnsi="Verdana"/>
                <w:sz w:val="16"/>
                <w:szCs w:val="16"/>
                <w:lang w:val="it-IT"/>
              </w:rPr>
              <w:t xml:space="preserve">(Max </w:t>
            </w:r>
            <w:r w:rsidR="004C77AC" w:rsidRPr="00B96433">
              <w:rPr>
                <w:rFonts w:ascii="Verdana" w:hAnsi="Verdana"/>
                <w:sz w:val="16"/>
                <w:szCs w:val="16"/>
                <w:lang w:val="it-IT"/>
              </w:rPr>
              <w:t>500</w:t>
            </w:r>
            <w:r w:rsidRPr="00B96433">
              <w:rPr>
                <w:rFonts w:ascii="Verdana" w:hAnsi="Verdana"/>
                <w:sz w:val="16"/>
                <w:szCs w:val="16"/>
                <w:lang w:val="it-IT"/>
              </w:rPr>
              <w:t xml:space="preserve"> caratteri</w:t>
            </w:r>
            <w:r w:rsidR="00B96433" w:rsidRPr="00B96433">
              <w:rPr>
                <w:rFonts w:ascii="Verdana" w:hAnsi="Verdana"/>
                <w:sz w:val="16"/>
                <w:szCs w:val="16"/>
                <w:lang w:val="it-IT"/>
              </w:rPr>
              <w:t xml:space="preserve"> per riquadro</w:t>
            </w:r>
            <w:r w:rsidRPr="00B96433">
              <w:rPr>
                <w:rFonts w:ascii="Verdana" w:hAnsi="Verdana"/>
                <w:sz w:val="16"/>
                <w:szCs w:val="16"/>
                <w:lang w:val="it-IT"/>
              </w:rPr>
              <w:t>)</w:t>
            </w:r>
          </w:p>
        </w:tc>
      </w:tr>
      <w:tr w:rsidR="00D42207" w:rsidRPr="00B96433" w14:paraId="64165EAA" w14:textId="77777777" w:rsidTr="0049424F">
        <w:tc>
          <w:tcPr>
            <w:tcW w:w="4320" w:type="dxa"/>
          </w:tcPr>
          <w:p w14:paraId="02C14BF1" w14:textId="77777777" w:rsidR="00D42207" w:rsidRDefault="00D42207" w:rsidP="0049424F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D42207">
              <w:rPr>
                <w:rFonts w:ascii="Verdana" w:hAnsi="Verdana"/>
                <w:sz w:val="18"/>
                <w:szCs w:val="18"/>
                <w:lang w:val="it-IT"/>
              </w:rPr>
              <w:t xml:space="preserve">Proposta Progettuale: Descrizione dell'idea </w:t>
            </w:r>
          </w:p>
          <w:p w14:paraId="0AE7B145" w14:textId="77777777" w:rsidR="00D42207" w:rsidRDefault="00D42207" w:rsidP="0049424F">
            <w:pPr>
              <w:rPr>
                <w:rFonts w:ascii="Verdana" w:hAnsi="Verdana"/>
                <w:sz w:val="18"/>
                <w:szCs w:val="18"/>
                <w:lang w:val="it-IT"/>
              </w:rPr>
            </w:pPr>
          </w:p>
          <w:p w14:paraId="54852C87" w14:textId="77DC34D8" w:rsidR="00D42207" w:rsidRPr="00B96433" w:rsidRDefault="00D42207" w:rsidP="0049424F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D42207"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  <w:t>Delineare l'idea progettuale che si intende realizzare, evidenziando l'originalità, la pertinenza con l'ambito scelto e i linguaggi espressivi/tecnologici previsti (es. video, fumetto, testo).</w:t>
            </w:r>
          </w:p>
        </w:tc>
        <w:tc>
          <w:tcPr>
            <w:tcW w:w="5994" w:type="dxa"/>
          </w:tcPr>
          <w:p w14:paraId="140A2411" w14:textId="77777777" w:rsidR="00D42207" w:rsidRPr="00B96433" w:rsidRDefault="00D42207" w:rsidP="0049424F">
            <w:pPr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C92D41" w:rsidRPr="00B96433" w14:paraId="1F8C710B" w14:textId="77777777" w:rsidTr="0049424F">
        <w:tc>
          <w:tcPr>
            <w:tcW w:w="4320" w:type="dxa"/>
          </w:tcPr>
          <w:p w14:paraId="42276238" w14:textId="77777777" w:rsidR="00C92D41" w:rsidRPr="00B96433" w:rsidRDefault="00000000" w:rsidP="0049424F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B96433">
              <w:rPr>
                <w:rFonts w:ascii="Verdana" w:hAnsi="Verdana"/>
                <w:sz w:val="18"/>
                <w:szCs w:val="18"/>
                <w:lang w:val="it-IT"/>
              </w:rPr>
              <w:t>Esperienza nella promozione della lettura</w:t>
            </w:r>
          </w:p>
          <w:p w14:paraId="39E0E4C8" w14:textId="77777777" w:rsidR="00906708" w:rsidRPr="00B96433" w:rsidRDefault="00906708" w:rsidP="0049424F">
            <w:pPr>
              <w:rPr>
                <w:rFonts w:ascii="Verdana" w:hAnsi="Verdana"/>
                <w:sz w:val="18"/>
                <w:szCs w:val="18"/>
                <w:lang w:val="it-IT"/>
              </w:rPr>
            </w:pPr>
          </w:p>
          <w:p w14:paraId="55C8AB60" w14:textId="6D6237DA" w:rsidR="00906708" w:rsidRDefault="00906708" w:rsidP="0049424F">
            <w:pPr>
              <w:rPr>
                <w:rFonts w:ascii="Verdana" w:hAnsi="Verdana"/>
                <w:sz w:val="14"/>
                <w:szCs w:val="14"/>
                <w:lang w:val="it-IT"/>
              </w:rPr>
            </w:pPr>
            <w:r w:rsidRPr="00B96433"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  <w:t xml:space="preserve">Descrivere brevemente i progetti, festival, incontri con </w:t>
            </w:r>
            <w:r w:rsidR="007F74DD"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  <w:t xml:space="preserve">autori </w:t>
            </w:r>
            <w:r w:rsidRPr="00B96433"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  <w:t>o le iniziative continuative di istituto</w:t>
            </w:r>
            <w:r w:rsidRPr="00B96433">
              <w:rPr>
                <w:rFonts w:ascii="Verdana" w:hAnsi="Verdana"/>
                <w:sz w:val="14"/>
                <w:szCs w:val="14"/>
                <w:lang w:val="it-IT"/>
              </w:rPr>
              <w:t>.</w:t>
            </w:r>
          </w:p>
          <w:p w14:paraId="634BEB29" w14:textId="73A6B2F1" w:rsidR="0049424F" w:rsidRPr="00B96433" w:rsidRDefault="0049424F" w:rsidP="0049424F">
            <w:pPr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5994" w:type="dxa"/>
          </w:tcPr>
          <w:p w14:paraId="72897CFA" w14:textId="568B2D29" w:rsidR="00C92D41" w:rsidRPr="00B96433" w:rsidRDefault="00C92D41" w:rsidP="0049424F">
            <w:pPr>
              <w:rPr>
                <w:rFonts w:ascii="Verdana" w:hAnsi="Verdana"/>
                <w:sz w:val="14"/>
                <w:szCs w:val="14"/>
                <w:lang w:val="it-IT"/>
              </w:rPr>
            </w:pPr>
          </w:p>
        </w:tc>
      </w:tr>
      <w:tr w:rsidR="00C92D41" w:rsidRPr="00B96433" w14:paraId="56F5B3F1" w14:textId="77777777" w:rsidTr="0049424F">
        <w:tc>
          <w:tcPr>
            <w:tcW w:w="4320" w:type="dxa"/>
          </w:tcPr>
          <w:p w14:paraId="4DBFF16F" w14:textId="6D3D751B" w:rsidR="00C92D41" w:rsidRPr="00B96433" w:rsidRDefault="00000000" w:rsidP="0049424F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B96433">
              <w:rPr>
                <w:rFonts w:ascii="Verdana" w:hAnsi="Verdana"/>
                <w:sz w:val="18"/>
                <w:szCs w:val="18"/>
                <w:lang w:val="it-IT"/>
              </w:rPr>
              <w:t xml:space="preserve">Valorizzazione della biblioteca </w:t>
            </w:r>
            <w:r w:rsidR="00906708" w:rsidRPr="00B96433">
              <w:rPr>
                <w:rFonts w:ascii="Verdana" w:hAnsi="Verdana"/>
                <w:sz w:val="18"/>
                <w:szCs w:val="18"/>
                <w:lang w:val="it-IT"/>
              </w:rPr>
              <w:t>scolastic</w:t>
            </w:r>
            <w:r w:rsidR="00F92CA7">
              <w:rPr>
                <w:rFonts w:ascii="Verdana" w:hAnsi="Verdana"/>
                <w:sz w:val="18"/>
                <w:szCs w:val="18"/>
                <w:lang w:val="it-IT"/>
              </w:rPr>
              <w:t>a</w:t>
            </w:r>
          </w:p>
          <w:p w14:paraId="2F325360" w14:textId="77777777" w:rsidR="00906708" w:rsidRPr="00B96433" w:rsidRDefault="00906708" w:rsidP="0049424F">
            <w:pPr>
              <w:rPr>
                <w:rFonts w:ascii="Verdana" w:hAnsi="Verdana"/>
                <w:sz w:val="18"/>
                <w:szCs w:val="18"/>
                <w:lang w:val="it-IT"/>
              </w:rPr>
            </w:pPr>
          </w:p>
          <w:p w14:paraId="18546408" w14:textId="77777777" w:rsidR="00906708" w:rsidRDefault="00906708" w:rsidP="0049424F">
            <w:pPr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  <w:r w:rsidRPr="00B96433"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  <w:t>Specificare l'orario di apertura, la presenza di catalogazione digitale, le attività di laboratorio o l'uso didattico dello spazio.</w:t>
            </w:r>
          </w:p>
          <w:p w14:paraId="69D96DF6" w14:textId="6C6FE32F" w:rsidR="0049424F" w:rsidRPr="00B96433" w:rsidRDefault="0049424F" w:rsidP="0049424F">
            <w:pPr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5994" w:type="dxa"/>
          </w:tcPr>
          <w:p w14:paraId="555C74B2" w14:textId="0489BD4D" w:rsidR="00C92D41" w:rsidRPr="00B96433" w:rsidRDefault="00C92D41" w:rsidP="0049424F">
            <w:pPr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</w:tr>
      <w:tr w:rsidR="00C92D41" w:rsidRPr="00B96433" w14:paraId="2A10D1AB" w14:textId="77777777" w:rsidTr="0049424F">
        <w:trPr>
          <w:trHeight w:val="622"/>
        </w:trPr>
        <w:tc>
          <w:tcPr>
            <w:tcW w:w="4320" w:type="dxa"/>
          </w:tcPr>
          <w:p w14:paraId="0D6A4D09" w14:textId="77777777" w:rsidR="00C92D41" w:rsidRPr="00B96433" w:rsidRDefault="00000000" w:rsidP="0049424F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B96433">
              <w:rPr>
                <w:rFonts w:ascii="Verdana" w:hAnsi="Verdana"/>
                <w:sz w:val="18"/>
                <w:szCs w:val="18"/>
                <w:lang w:val="it-IT"/>
              </w:rPr>
              <w:t>Scuola Polo (Se applicabile, indicare estremi D.I. 61/2022)</w:t>
            </w:r>
          </w:p>
          <w:p w14:paraId="7B7DC081" w14:textId="77777777" w:rsidR="00906708" w:rsidRPr="00B96433" w:rsidRDefault="00906708" w:rsidP="0049424F">
            <w:pPr>
              <w:rPr>
                <w:rFonts w:ascii="Verdana" w:hAnsi="Verdana"/>
                <w:sz w:val="18"/>
                <w:szCs w:val="18"/>
                <w:lang w:val="it-IT"/>
              </w:rPr>
            </w:pPr>
          </w:p>
          <w:p w14:paraId="02659EA8" w14:textId="77777777" w:rsidR="00906708" w:rsidRDefault="00906708" w:rsidP="0049424F">
            <w:pPr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  <w:r w:rsidRPr="00B96433"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  <w:t>Indicare se l'istituto è stato individuato come scuola polo per il servizio bibliotecario ai sensi del D.I. 61/2022 (Sì/No. Se sì, specificare gli estremi dell'atto).</w:t>
            </w:r>
          </w:p>
          <w:p w14:paraId="2B05183E" w14:textId="6665F2FC" w:rsidR="0049424F" w:rsidRPr="00B96433" w:rsidRDefault="0049424F" w:rsidP="0049424F">
            <w:pPr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5994" w:type="dxa"/>
          </w:tcPr>
          <w:p w14:paraId="7D7FC761" w14:textId="57EDFB09" w:rsidR="00C92D41" w:rsidRPr="00B96433" w:rsidRDefault="00C92D41" w:rsidP="0049424F">
            <w:pPr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</w:tr>
      <w:tr w:rsidR="001B6C8F" w:rsidRPr="00B96433" w14:paraId="46970B22" w14:textId="77777777" w:rsidTr="0049424F">
        <w:tc>
          <w:tcPr>
            <w:tcW w:w="4320" w:type="dxa"/>
          </w:tcPr>
          <w:p w14:paraId="40A3CC2D" w14:textId="75E47123" w:rsidR="001B6C8F" w:rsidRPr="00B96433" w:rsidRDefault="001B6C8F" w:rsidP="0049424F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B96433">
              <w:rPr>
                <w:rFonts w:ascii="Verdana" w:hAnsi="Verdana"/>
                <w:sz w:val="18"/>
                <w:szCs w:val="18"/>
                <w:lang w:val="it-IT"/>
              </w:rPr>
              <w:t xml:space="preserve">Coinvolgimento degli studenti e </w:t>
            </w:r>
            <w:r w:rsidR="00EF2FA2" w:rsidRPr="00B96433">
              <w:rPr>
                <w:rFonts w:ascii="Verdana" w:hAnsi="Verdana"/>
                <w:sz w:val="18"/>
                <w:szCs w:val="18"/>
                <w:lang w:val="it-IT"/>
              </w:rPr>
              <w:t>inclusione</w:t>
            </w:r>
          </w:p>
          <w:p w14:paraId="15634972" w14:textId="77777777" w:rsidR="00906708" w:rsidRPr="00B96433" w:rsidRDefault="00906708" w:rsidP="0049424F">
            <w:pPr>
              <w:rPr>
                <w:rFonts w:ascii="Verdana" w:hAnsi="Verdana"/>
                <w:sz w:val="18"/>
                <w:szCs w:val="18"/>
                <w:lang w:val="it-IT"/>
              </w:rPr>
            </w:pPr>
          </w:p>
          <w:p w14:paraId="7DC69CBC" w14:textId="77777777" w:rsidR="00906708" w:rsidRDefault="00906708" w:rsidP="0049424F">
            <w:pPr>
              <w:rPr>
                <w:rFonts w:ascii="Verdana" w:hAnsi="Verdana"/>
                <w:i/>
                <w:sz w:val="14"/>
                <w:szCs w:val="14"/>
                <w:lang w:val="it-IT"/>
              </w:rPr>
            </w:pPr>
            <w:r w:rsidRPr="00B96433">
              <w:rPr>
                <w:rFonts w:ascii="Verdana" w:hAnsi="Verdana"/>
                <w:i/>
                <w:sz w:val="14"/>
                <w:szCs w:val="14"/>
                <w:lang w:val="it-IT"/>
              </w:rPr>
              <w:t>Specificare le modalità di partecipazione attiva delle classi (es. numero di studenti, trasversalità tra indirizzi) e il livello di inclusione reale degli alunni con BES o disabilità nelle attività della biblioteca</w:t>
            </w:r>
          </w:p>
          <w:p w14:paraId="78E8FA14" w14:textId="0D88BB14" w:rsidR="00D67933" w:rsidRPr="00B96433" w:rsidRDefault="00D67933" w:rsidP="0049424F">
            <w:pPr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5994" w:type="dxa"/>
          </w:tcPr>
          <w:p w14:paraId="1CCEDA3D" w14:textId="02699208" w:rsidR="001B6C8F" w:rsidRPr="00B96433" w:rsidRDefault="001B6C8F" w:rsidP="0049424F">
            <w:pPr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</w:tr>
      <w:tr w:rsidR="001B6C8F" w:rsidRPr="00B96433" w14:paraId="576C5D49" w14:textId="77777777" w:rsidTr="0049424F">
        <w:tc>
          <w:tcPr>
            <w:tcW w:w="4320" w:type="dxa"/>
          </w:tcPr>
          <w:p w14:paraId="0806BD55" w14:textId="64941200" w:rsidR="001B6C8F" w:rsidRPr="00B96433" w:rsidRDefault="001B6C8F" w:rsidP="0049424F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B96433">
              <w:rPr>
                <w:rFonts w:ascii="Verdana" w:hAnsi="Verdana"/>
                <w:sz w:val="18"/>
                <w:szCs w:val="18"/>
                <w:lang w:val="it-IT"/>
              </w:rPr>
              <w:lastRenderedPageBreak/>
              <w:t>Integrazione didattica e curricolare</w:t>
            </w:r>
          </w:p>
          <w:p w14:paraId="76E2EB6D" w14:textId="77777777" w:rsidR="00906708" w:rsidRPr="00B96433" w:rsidRDefault="00906708" w:rsidP="0049424F">
            <w:pPr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  <w:p w14:paraId="5D20C801" w14:textId="77777777" w:rsidR="001B6C8F" w:rsidRDefault="001B6C8F" w:rsidP="0049424F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B96433"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  <w:t>Delineare come l'attività si inserisce nella programmazione scolastica dell'anno, con specifico riferimento al monte ore obbligatorio di Educazione Civica o ai percorsi di Orientamento formativo</w:t>
            </w:r>
            <w:r w:rsidRPr="00B96433">
              <w:rPr>
                <w:rFonts w:ascii="Verdana" w:hAnsi="Verdana"/>
                <w:sz w:val="18"/>
                <w:szCs w:val="18"/>
                <w:lang w:val="it-IT"/>
              </w:rPr>
              <w:t>.</w:t>
            </w:r>
          </w:p>
          <w:p w14:paraId="059A2A84" w14:textId="6A81212F" w:rsidR="00D67933" w:rsidRPr="00B96433" w:rsidRDefault="00D67933" w:rsidP="0049424F">
            <w:pPr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5994" w:type="dxa"/>
          </w:tcPr>
          <w:p w14:paraId="065DCC1E" w14:textId="77777777" w:rsidR="001B6C8F" w:rsidRPr="00B96433" w:rsidRDefault="001B6C8F" w:rsidP="0049424F">
            <w:pPr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624869A8" w14:textId="0519B093" w:rsidR="00C92D41" w:rsidRPr="00B96433" w:rsidRDefault="00C92D41" w:rsidP="000912BE">
      <w:pPr>
        <w:spacing w:after="0" w:line="240" w:lineRule="auto"/>
        <w:rPr>
          <w:rFonts w:ascii="Verdana" w:hAnsi="Verdana"/>
          <w:sz w:val="18"/>
          <w:szCs w:val="18"/>
          <w:lang w:val="it-IT"/>
        </w:rPr>
      </w:pPr>
    </w:p>
    <w:p w14:paraId="7065DE60" w14:textId="77777777" w:rsidR="003C65CC" w:rsidRPr="00B96433" w:rsidRDefault="003C65CC" w:rsidP="000912BE">
      <w:pPr>
        <w:spacing w:after="0" w:line="240" w:lineRule="auto"/>
        <w:rPr>
          <w:rFonts w:ascii="Verdana" w:hAnsi="Verdana"/>
          <w:sz w:val="18"/>
          <w:szCs w:val="18"/>
          <w:lang w:val="it-IT"/>
        </w:rPr>
      </w:pPr>
    </w:p>
    <w:p w14:paraId="598B948E" w14:textId="4451DA11" w:rsidR="00D92D83" w:rsidRPr="00D67933" w:rsidRDefault="00D92D83" w:rsidP="00D92D83">
      <w:pPr>
        <w:rPr>
          <w:rFonts w:ascii="Verdana" w:hAnsi="Verdana"/>
          <w:sz w:val="20"/>
          <w:szCs w:val="20"/>
          <w:lang w:val="it-IT"/>
        </w:rPr>
      </w:pPr>
      <w:r w:rsidRPr="00D67933">
        <w:rPr>
          <w:rFonts w:ascii="Verdana" w:hAnsi="Verdana"/>
          <w:b/>
          <w:sz w:val="20"/>
          <w:szCs w:val="20"/>
          <w:lang w:val="it-IT"/>
        </w:rPr>
        <w:t>Sezione 4: S</w:t>
      </w:r>
      <w:r w:rsidR="00B96433" w:rsidRPr="00D67933">
        <w:rPr>
          <w:rFonts w:ascii="Verdana" w:hAnsi="Verdana"/>
          <w:b/>
          <w:sz w:val="20"/>
          <w:szCs w:val="20"/>
          <w:lang w:val="it-IT"/>
        </w:rPr>
        <w:t>ottoscrizione e impegno formal</w:t>
      </w:r>
      <w:r w:rsidR="00301070" w:rsidRPr="00D67933">
        <w:rPr>
          <w:rFonts w:ascii="Verdana" w:hAnsi="Verdana"/>
          <w:b/>
          <w:sz w:val="20"/>
          <w:szCs w:val="20"/>
          <w:lang w:val="it-IT"/>
        </w:rPr>
        <w:t>e</w:t>
      </w:r>
    </w:p>
    <w:p w14:paraId="1621E617" w14:textId="77777777" w:rsidR="00C92D41" w:rsidRPr="00B96433" w:rsidRDefault="00000000" w:rsidP="000912BE">
      <w:pPr>
        <w:spacing w:after="0" w:line="240" w:lineRule="auto"/>
        <w:rPr>
          <w:rFonts w:ascii="Verdana" w:hAnsi="Verdana"/>
          <w:sz w:val="18"/>
          <w:szCs w:val="18"/>
          <w:lang w:val="it-IT"/>
        </w:rPr>
      </w:pPr>
      <w:r w:rsidRPr="00B96433">
        <w:rPr>
          <w:rFonts w:ascii="Verdana" w:hAnsi="Verdana"/>
          <w:sz w:val="18"/>
          <w:szCs w:val="18"/>
          <w:lang w:val="it-IT"/>
        </w:rPr>
        <w:t>Con la presente candidatura, l'Istituzione scolastica si impegna, qualora selezionata dall'USR, a:</w:t>
      </w:r>
    </w:p>
    <w:p w14:paraId="02372809" w14:textId="77777777" w:rsidR="00CA5F20" w:rsidRPr="00B96433" w:rsidRDefault="00CA5F20" w:rsidP="000912BE">
      <w:pPr>
        <w:spacing w:after="0" w:line="240" w:lineRule="auto"/>
        <w:rPr>
          <w:rFonts w:ascii="Verdana" w:hAnsi="Verdana"/>
          <w:sz w:val="18"/>
          <w:szCs w:val="18"/>
          <w:lang w:val="it-IT"/>
        </w:rPr>
      </w:pPr>
    </w:p>
    <w:p w14:paraId="2D84B5B5" w14:textId="5A5822AD" w:rsidR="00C92D41" w:rsidRPr="00B96433" w:rsidRDefault="00000000" w:rsidP="00301070">
      <w:pPr>
        <w:spacing w:after="0" w:line="360" w:lineRule="auto"/>
        <w:rPr>
          <w:rFonts w:ascii="Verdana" w:hAnsi="Verdana"/>
          <w:sz w:val="18"/>
          <w:szCs w:val="18"/>
          <w:lang w:val="it-IT"/>
        </w:rPr>
      </w:pPr>
      <w:r w:rsidRPr="00B96433">
        <w:rPr>
          <w:rFonts w:ascii="Verdana" w:hAnsi="Verdana"/>
          <w:sz w:val="18"/>
          <w:szCs w:val="18"/>
          <w:lang w:val="it-IT"/>
        </w:rPr>
        <w:t>• Coinvolgere attivamente una o più classi nella produzione dell'elaborato.</w:t>
      </w:r>
    </w:p>
    <w:p w14:paraId="573BA0D1" w14:textId="77777777" w:rsidR="00C92D41" w:rsidRPr="00B96433" w:rsidRDefault="00000000" w:rsidP="00301070">
      <w:pPr>
        <w:spacing w:after="0" w:line="360" w:lineRule="auto"/>
        <w:rPr>
          <w:rFonts w:ascii="Verdana" w:hAnsi="Verdana"/>
          <w:sz w:val="18"/>
          <w:szCs w:val="18"/>
          <w:lang w:val="it-IT"/>
        </w:rPr>
      </w:pPr>
      <w:r w:rsidRPr="00B96433">
        <w:rPr>
          <w:rFonts w:ascii="Verdana" w:hAnsi="Verdana"/>
          <w:sz w:val="18"/>
          <w:szCs w:val="18"/>
          <w:lang w:val="it-IT"/>
        </w:rPr>
        <w:t>• Garantire la trasmissione dell'opera completa alla Direzione Generale del Ministero entro il 31 gennaio 2027.</w:t>
      </w:r>
    </w:p>
    <w:p w14:paraId="6CEA13C7" w14:textId="77777777" w:rsidR="004C77AC" w:rsidRPr="00B96433" w:rsidRDefault="004C77AC" w:rsidP="000912BE">
      <w:pPr>
        <w:spacing w:after="0" w:line="240" w:lineRule="auto"/>
        <w:rPr>
          <w:rFonts w:ascii="Verdana" w:hAnsi="Verdana"/>
          <w:sz w:val="18"/>
          <w:szCs w:val="18"/>
          <w:lang w:val="it-IT"/>
        </w:rPr>
      </w:pPr>
    </w:p>
    <w:p w14:paraId="7144A005" w14:textId="77777777" w:rsidR="00301070" w:rsidRDefault="00301070" w:rsidP="000912BE">
      <w:pPr>
        <w:spacing w:after="0" w:line="240" w:lineRule="auto"/>
        <w:rPr>
          <w:rFonts w:ascii="Verdana" w:hAnsi="Verdana"/>
          <w:sz w:val="18"/>
          <w:szCs w:val="18"/>
          <w:lang w:val="it-IT"/>
        </w:rPr>
      </w:pPr>
    </w:p>
    <w:p w14:paraId="6F29D89E" w14:textId="77777777" w:rsidR="00301070" w:rsidRDefault="00301070" w:rsidP="000912BE">
      <w:pPr>
        <w:spacing w:after="0" w:line="240" w:lineRule="auto"/>
        <w:rPr>
          <w:rFonts w:ascii="Verdana" w:hAnsi="Verdana"/>
          <w:sz w:val="18"/>
          <w:szCs w:val="18"/>
          <w:lang w:val="it-IT"/>
        </w:rPr>
      </w:pPr>
    </w:p>
    <w:p w14:paraId="3B3E304D" w14:textId="77777777" w:rsidR="00301070" w:rsidRDefault="00301070" w:rsidP="000912BE">
      <w:pPr>
        <w:spacing w:after="0" w:line="240" w:lineRule="auto"/>
        <w:rPr>
          <w:rFonts w:ascii="Verdana" w:hAnsi="Verdana"/>
          <w:sz w:val="18"/>
          <w:szCs w:val="18"/>
          <w:lang w:val="it-IT"/>
        </w:rPr>
      </w:pPr>
    </w:p>
    <w:p w14:paraId="319FF087" w14:textId="336816C4" w:rsidR="004C77AC" w:rsidRPr="00B96433" w:rsidRDefault="00000000" w:rsidP="000912BE">
      <w:pPr>
        <w:spacing w:after="0" w:line="240" w:lineRule="auto"/>
        <w:rPr>
          <w:rFonts w:ascii="Verdana" w:hAnsi="Verdana"/>
          <w:sz w:val="18"/>
          <w:szCs w:val="18"/>
          <w:lang w:val="it-IT"/>
        </w:rPr>
      </w:pPr>
      <w:r w:rsidRPr="00B96433">
        <w:rPr>
          <w:rFonts w:ascii="Verdana" w:hAnsi="Verdana"/>
          <w:sz w:val="18"/>
          <w:szCs w:val="18"/>
          <w:lang w:val="it-IT"/>
        </w:rPr>
        <w:t>Data, _____________</w:t>
      </w:r>
    </w:p>
    <w:p w14:paraId="135B4863" w14:textId="77777777" w:rsidR="004C77AC" w:rsidRPr="00B96433" w:rsidRDefault="004C77AC" w:rsidP="000912BE">
      <w:pPr>
        <w:spacing w:after="0" w:line="240" w:lineRule="auto"/>
        <w:rPr>
          <w:rFonts w:ascii="Verdana" w:hAnsi="Verdana"/>
          <w:sz w:val="18"/>
          <w:szCs w:val="18"/>
          <w:lang w:val="it-IT"/>
        </w:rPr>
      </w:pPr>
    </w:p>
    <w:p w14:paraId="4BC4A95A" w14:textId="77777777" w:rsidR="00301070" w:rsidRDefault="00301070" w:rsidP="000912BE">
      <w:pPr>
        <w:spacing w:after="0" w:line="240" w:lineRule="auto"/>
        <w:rPr>
          <w:rFonts w:ascii="Verdana" w:hAnsi="Verdana"/>
          <w:sz w:val="18"/>
          <w:szCs w:val="18"/>
          <w:lang w:val="it-IT"/>
        </w:rPr>
      </w:pPr>
    </w:p>
    <w:p w14:paraId="2098F479" w14:textId="77777777" w:rsidR="00301070" w:rsidRDefault="00301070" w:rsidP="000912BE">
      <w:pPr>
        <w:spacing w:after="0" w:line="240" w:lineRule="auto"/>
        <w:rPr>
          <w:rFonts w:ascii="Verdana" w:hAnsi="Verdana"/>
          <w:sz w:val="18"/>
          <w:szCs w:val="18"/>
          <w:lang w:val="it-IT"/>
        </w:rPr>
      </w:pPr>
    </w:p>
    <w:p w14:paraId="190ACA6C" w14:textId="77777777" w:rsidR="00301070" w:rsidRDefault="00301070" w:rsidP="000912BE">
      <w:pPr>
        <w:spacing w:after="0" w:line="240" w:lineRule="auto"/>
        <w:rPr>
          <w:rFonts w:ascii="Verdana" w:hAnsi="Verdana"/>
          <w:sz w:val="18"/>
          <w:szCs w:val="18"/>
          <w:lang w:val="it-IT"/>
        </w:rPr>
      </w:pPr>
    </w:p>
    <w:p w14:paraId="588D3621" w14:textId="26E7789C" w:rsidR="004C77AC" w:rsidRPr="00B96433" w:rsidRDefault="00000000" w:rsidP="000912BE">
      <w:pPr>
        <w:spacing w:after="0" w:line="240" w:lineRule="auto"/>
        <w:rPr>
          <w:rFonts w:ascii="Verdana" w:hAnsi="Verdana"/>
          <w:sz w:val="18"/>
          <w:szCs w:val="18"/>
          <w:lang w:val="it-IT"/>
        </w:rPr>
      </w:pPr>
      <w:r w:rsidRPr="00B96433">
        <w:rPr>
          <w:rFonts w:ascii="Verdana" w:hAnsi="Verdana"/>
          <w:sz w:val="18"/>
          <w:szCs w:val="18"/>
          <w:lang w:val="it-IT"/>
        </w:rPr>
        <w:t>Firma digitale del Dirigente Scolastico</w:t>
      </w:r>
    </w:p>
    <w:p w14:paraId="25955761" w14:textId="3C6268B4" w:rsidR="00C92D41" w:rsidRPr="00B96433" w:rsidRDefault="00000000" w:rsidP="000912BE">
      <w:pPr>
        <w:spacing w:after="0" w:line="240" w:lineRule="auto"/>
        <w:rPr>
          <w:rFonts w:ascii="Verdana" w:hAnsi="Verdana"/>
          <w:sz w:val="18"/>
          <w:szCs w:val="18"/>
          <w:lang w:val="it-IT"/>
        </w:rPr>
      </w:pPr>
      <w:r w:rsidRPr="00B96433">
        <w:rPr>
          <w:rFonts w:ascii="Verdana" w:hAnsi="Verdana"/>
          <w:sz w:val="18"/>
          <w:szCs w:val="18"/>
          <w:lang w:val="it-IT"/>
        </w:rPr>
        <w:t>_________________________________</w:t>
      </w:r>
    </w:p>
    <w:sectPr w:rsidR="00C92D41" w:rsidRPr="00B96433" w:rsidSect="00301070">
      <w:headerReference w:type="default" r:id="rId8"/>
      <w:pgSz w:w="12240" w:h="15840"/>
      <w:pgMar w:top="709" w:right="1183" w:bottom="1440" w:left="993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C0CC1" w14:textId="77777777" w:rsidR="00DA64B5" w:rsidRDefault="00DA64B5" w:rsidP="007703E4">
      <w:pPr>
        <w:spacing w:after="0" w:line="240" w:lineRule="auto"/>
      </w:pPr>
      <w:r>
        <w:separator/>
      </w:r>
    </w:p>
  </w:endnote>
  <w:endnote w:type="continuationSeparator" w:id="0">
    <w:p w14:paraId="374DBA96" w14:textId="77777777" w:rsidR="00DA64B5" w:rsidRDefault="00DA64B5" w:rsidP="00770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4D6E4" w14:textId="77777777" w:rsidR="00DA64B5" w:rsidRDefault="00DA64B5" w:rsidP="007703E4">
      <w:pPr>
        <w:spacing w:after="0" w:line="240" w:lineRule="auto"/>
      </w:pPr>
      <w:r>
        <w:separator/>
      </w:r>
    </w:p>
  </w:footnote>
  <w:footnote w:type="continuationSeparator" w:id="0">
    <w:p w14:paraId="0A7CE5A5" w14:textId="77777777" w:rsidR="00DA64B5" w:rsidRDefault="00DA64B5" w:rsidP="007703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E6A38" w14:textId="77777777" w:rsidR="007703E4" w:rsidRPr="00937EF2" w:rsidRDefault="007703E4" w:rsidP="00301070">
    <w:pPr>
      <w:pStyle w:val="Titolo1"/>
      <w:spacing w:before="0"/>
      <w:jc w:val="center"/>
      <w:rPr>
        <w:lang w:val="it-IT"/>
      </w:rPr>
    </w:pPr>
    <w:r w:rsidRPr="00937EF2">
      <w:rPr>
        <w:lang w:val="it-IT"/>
      </w:rPr>
      <w:t>ALLEGATO A – MODULO DI CANDIDATURA</w:t>
    </w:r>
  </w:p>
  <w:p w14:paraId="3D9DA25D" w14:textId="77777777" w:rsidR="007703E4" w:rsidRPr="00937EF2" w:rsidRDefault="007703E4" w:rsidP="00301070">
    <w:pPr>
      <w:spacing w:after="0" w:line="240" w:lineRule="auto"/>
      <w:jc w:val="center"/>
      <w:rPr>
        <w:sz w:val="18"/>
        <w:szCs w:val="18"/>
        <w:lang w:val="it-IT"/>
      </w:rPr>
    </w:pPr>
    <w:r w:rsidRPr="00937EF2">
      <w:rPr>
        <w:sz w:val="18"/>
        <w:szCs w:val="18"/>
        <w:lang w:val="it-IT"/>
      </w:rPr>
      <w:t xml:space="preserve">Da trasmettere entro e non oltre le </w:t>
    </w:r>
    <w:r w:rsidRPr="00937EF2">
      <w:rPr>
        <w:b/>
        <w:bCs/>
        <w:sz w:val="18"/>
        <w:szCs w:val="18"/>
        <w:lang w:val="it-IT"/>
      </w:rPr>
      <w:t>ore 14:00 del giorno 10 ottobre 2026</w:t>
    </w:r>
  </w:p>
  <w:p w14:paraId="636A9037" w14:textId="77777777" w:rsidR="007703E4" w:rsidRPr="00937EF2" w:rsidRDefault="007703E4" w:rsidP="00301070">
    <w:pPr>
      <w:spacing w:after="0" w:line="240" w:lineRule="auto"/>
      <w:jc w:val="center"/>
      <w:rPr>
        <w:sz w:val="18"/>
        <w:szCs w:val="18"/>
        <w:lang w:val="it-IT"/>
      </w:rPr>
    </w:pPr>
    <w:r w:rsidRPr="00937EF2">
      <w:rPr>
        <w:sz w:val="18"/>
        <w:szCs w:val="18"/>
        <w:lang w:val="it-IT"/>
      </w:rPr>
      <w:t xml:space="preserve">all'indirizzo e-mail di questo USR: </w:t>
    </w:r>
    <w:hyperlink r:id="rId1" w:history="1">
      <w:r w:rsidRPr="00937EF2">
        <w:rPr>
          <w:rStyle w:val="Collegamentoipertestuale"/>
          <w:sz w:val="18"/>
          <w:szCs w:val="18"/>
          <w:lang w:val="it-IT"/>
        </w:rPr>
        <w:t>direzione-friuliveneziagiulia@istruzione.it</w:t>
      </w:r>
    </w:hyperlink>
    <w:r w:rsidRPr="00937EF2">
      <w:rPr>
        <w:sz w:val="18"/>
        <w:szCs w:val="18"/>
        <w:lang w:val="it-IT"/>
      </w:rPr>
      <w:t xml:space="preserve"> ,</w:t>
    </w:r>
  </w:p>
  <w:p w14:paraId="0A2B844C" w14:textId="77777777" w:rsidR="007703E4" w:rsidRPr="00937EF2" w:rsidRDefault="007703E4" w:rsidP="00301070">
    <w:pPr>
      <w:spacing w:after="0" w:line="240" w:lineRule="auto"/>
      <w:jc w:val="center"/>
      <w:rPr>
        <w:sz w:val="18"/>
        <w:szCs w:val="18"/>
        <w:lang w:val="it-IT"/>
      </w:rPr>
    </w:pPr>
    <w:r w:rsidRPr="00937EF2">
      <w:rPr>
        <w:sz w:val="18"/>
        <w:szCs w:val="18"/>
        <w:lang w:val="it-IT"/>
      </w:rPr>
      <w:t xml:space="preserve">avendo cura di inserire nell’oggetto la seguente dicitura: </w:t>
    </w:r>
  </w:p>
  <w:p w14:paraId="427F03D1" w14:textId="77777777" w:rsidR="007703E4" w:rsidRPr="00937EF2" w:rsidRDefault="007703E4" w:rsidP="00301070">
    <w:pPr>
      <w:pBdr>
        <w:bottom w:val="single" w:sz="12" w:space="1" w:color="auto"/>
      </w:pBdr>
      <w:spacing w:after="0" w:line="240" w:lineRule="auto"/>
      <w:jc w:val="center"/>
      <w:rPr>
        <w:i/>
        <w:iCs/>
        <w:sz w:val="18"/>
        <w:szCs w:val="18"/>
        <w:lang w:val="it-IT"/>
      </w:rPr>
    </w:pPr>
    <w:r w:rsidRPr="00937EF2">
      <w:rPr>
        <w:i/>
        <w:iCs/>
        <w:sz w:val="18"/>
        <w:szCs w:val="18"/>
        <w:lang w:val="it-IT"/>
      </w:rPr>
      <w:t>Selezione istituti scolastici per il Progetto-Concorso “Biblioteche scolastiche al Quirinale”</w:t>
    </w:r>
  </w:p>
  <w:p w14:paraId="152E9C55" w14:textId="77777777" w:rsidR="000912BE" w:rsidRDefault="000912B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2C4473B"/>
    <w:multiLevelType w:val="hybridMultilevel"/>
    <w:tmpl w:val="B4246B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116437">
    <w:abstractNumId w:val="8"/>
  </w:num>
  <w:num w:numId="2" w16cid:durableId="1858542901">
    <w:abstractNumId w:val="6"/>
  </w:num>
  <w:num w:numId="3" w16cid:durableId="1039432294">
    <w:abstractNumId w:val="5"/>
  </w:num>
  <w:num w:numId="4" w16cid:durableId="1279219677">
    <w:abstractNumId w:val="4"/>
  </w:num>
  <w:num w:numId="5" w16cid:durableId="1773671742">
    <w:abstractNumId w:val="7"/>
  </w:num>
  <w:num w:numId="6" w16cid:durableId="796532994">
    <w:abstractNumId w:val="3"/>
  </w:num>
  <w:num w:numId="7" w16cid:durableId="1774547182">
    <w:abstractNumId w:val="2"/>
  </w:num>
  <w:num w:numId="8" w16cid:durableId="846359065">
    <w:abstractNumId w:val="1"/>
  </w:num>
  <w:num w:numId="9" w16cid:durableId="1906528697">
    <w:abstractNumId w:val="0"/>
  </w:num>
  <w:num w:numId="10" w16cid:durableId="13914211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12BE"/>
    <w:rsid w:val="0015074B"/>
    <w:rsid w:val="001A540A"/>
    <w:rsid w:val="001B6C8F"/>
    <w:rsid w:val="0029639D"/>
    <w:rsid w:val="00301070"/>
    <w:rsid w:val="00326F90"/>
    <w:rsid w:val="003C65CC"/>
    <w:rsid w:val="0049424F"/>
    <w:rsid w:val="004C77AC"/>
    <w:rsid w:val="005E4393"/>
    <w:rsid w:val="00643E6F"/>
    <w:rsid w:val="006A1C4A"/>
    <w:rsid w:val="006D761D"/>
    <w:rsid w:val="007703E4"/>
    <w:rsid w:val="0078779D"/>
    <w:rsid w:val="007F74DD"/>
    <w:rsid w:val="00856B85"/>
    <w:rsid w:val="00906708"/>
    <w:rsid w:val="00937EF2"/>
    <w:rsid w:val="009B0DC3"/>
    <w:rsid w:val="00AA1D8D"/>
    <w:rsid w:val="00AF05A0"/>
    <w:rsid w:val="00B47730"/>
    <w:rsid w:val="00B96433"/>
    <w:rsid w:val="00BD5E12"/>
    <w:rsid w:val="00BF68FE"/>
    <w:rsid w:val="00BF7549"/>
    <w:rsid w:val="00C92D41"/>
    <w:rsid w:val="00CA5F20"/>
    <w:rsid w:val="00CB0664"/>
    <w:rsid w:val="00D42207"/>
    <w:rsid w:val="00D67933"/>
    <w:rsid w:val="00D92D83"/>
    <w:rsid w:val="00DA64B5"/>
    <w:rsid w:val="00EF2FA2"/>
    <w:rsid w:val="00F77332"/>
    <w:rsid w:val="00F92CA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7522A84C-AF51-43D9-8315-AF144D087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7703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direzione-friuliveneziagiulia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 LIBERTI FRANCESCA</cp:lastModifiedBy>
  <cp:revision>3</cp:revision>
  <cp:lastPrinted>2026-10-02T07:03:00Z</cp:lastPrinted>
  <dcterms:created xsi:type="dcterms:W3CDTF">2026-10-02T08:30:00Z</dcterms:created>
  <dcterms:modified xsi:type="dcterms:W3CDTF">2026-10-02T08:32:00Z</dcterms:modified>
  <cp:category/>
</cp:coreProperties>
</file>